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הבינלאומי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מהי סובלנות ולמה היא חשובה ביחסים בין אנשים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דרכים לתרגל הקשבה וכבוד לשונות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הבדל בין תגובה פוגעת לתגובה סובלנית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כללית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להקשיב ולכבד מי שחושב אחרת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16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לחזור על מה ששמע בלי להוסיף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תגובה פוגעת ותגובה סובלנית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עומדים בקו לפי מידת הסכמה ומקשיבים בלי לשפוט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לנסח יחד עקרונות סובלנות ולהצביע על הנוסח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הסיפור מסמל שאנשים שונים במראה אך דומים בפנים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המשפטים פשוטים ועוזרים להרגיש שייכות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הדיון נעשה בלי פוליטיקה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המטרה היא להבין את הדובר בלי להתווכח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סובלנית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חבל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5. 16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פעילות לשכבת גיל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(יסודי א׳-ג׳)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(יסודי ד׳-ו׳)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(חטיבת ביניים)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(תיכון)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ג (התאמה לעולים)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ההכנה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שבוע לפני: לבחור מצבים כלליים שאינם מבוססים על אירוע אמיתי בכיתה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יום לפני: להכין פסי נייר וכרטיסים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ביום עצמו: לקבוע יחד כללי שיח לפני הדיון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ביום עצמו: להפנות תלמיד שנפגע לשיחה אישית או ליועצת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אחרי האירוע: להשאיר את הקשת על הקיר כתזכורת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משפט חיובי וקצר שמתייחס לכבוד או לשונות, בלי פגיעה באף אחד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מצב מתאים, הדגשת הקשבה בלי ויכוח, ומסקנה אישית ברורה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פשוטה הכוללת כבוד או קבלה של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דוגמה המבחינה בין פגיעה לתגובה מכבדת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המחברת את הנושא לחיי היומיום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לקבוע מראש כללי שיח מכבדים לפני כל דיון פתוח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להימנע ממצבים המבוססים על אירוע אמיתי שקרה בכיתה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לסיים את הפעילות בטון חיובי, למשל סביב כרזת הקשת המשותפת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🎉 רכזת חברתית – ארגז הכלים המלא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יום הסובלנות הבינלאומי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ב-16 בנובמבר מציינים את יום הסובלנות הבינלאומי. ביום הזה מתרגלים להקשיב למי שחושב אחרת, לכבד שונות ולהגיב בצורה שקולה גם כשלא מסכימים.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כללית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המטרה המרכזית של יום הסובלנות?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לצחוק על מי ששונה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להקשיב ולכבד מי שחושב אחרת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להתווכח בלי הפסקה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להתעלם ממי ששונה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באיזה תאריך חל יום הסובלנות הבינלאומי?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 בספטמבר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16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 בינואר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8 במרץ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במשחק 'שקט, אני מקשיב/ה' מה התפקיד של המאזין?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להוסיף דעה משלו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לחזור על מה ששמע בלי להוסיף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לצעוק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בפינת 'אפשר אחרת' הקבוצות מציגות: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שתי תגובות פוגעות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תגובה אחת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תגובה פוגעת ותגובה סובלנית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בתרגיל העמדות בחטיבה, התלמידים: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עומדים בקו לפי מידת הסכמה ומקשיבים בלי לשפוט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מצביעים בהרמת 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כותבים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משחקים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מטרת ה'מניפסט הכיתתי לסובלנות' בתיכון?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לכתוב חוקי משחק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לנסח יחד עקרונות סובלנות ולהצביע על הנוסח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להכין שיעורי 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לצייר קשת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סיפור הביצים הצבעוניות מלמד שלמרות הצבעים השונים מבחוץ, כולן דומות מבפנים.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משחק 'גם אני' מיועד לעולים חדשים ומבוסס על מציאת דברים משותפים.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הדיון על גבולות הסובלנות בתיכון עוסק גם בנושאים פוליטיים שנויים במחלוקת.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קיר ההקשבה מיועד לוויכוח על מי צודק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כאשר חוזרים במילים שלי על מה ששמעתי מהדובר, בלי להוסיף דעה.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כרזת ה__________ נוצרת מפסי נייר צבעוניים שעליהם כתובים משפטי כבוד.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בפינת 'אפשר אחרת' מציגים תגובה פוגעת ותגובה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תרגיל העמדות מתבצע לאורך __________ שעליו עומדים התלמידים.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יום הסובלנות הבינלאומי חל בתאריך ה-__________ בנובמבר.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פעילות לשכבת גיל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סיפור הביצים הצבעוניות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תיכון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משחק 'שקט, אני מקשיב/ה'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חטיבת ביניים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דיון 'מותר לא להסכים'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התאמה לעולים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סדנה על גבולות הסובלנות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יסודי א׳-ג׳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משחק 'גם אני'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יסודי ד׳-ו׳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ההכנה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להפנות תלמיד שנפגע לשיחה אישית או ליועצת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אחרי האירוע: להשאיר את הקשת על הקיר כתזכורת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יום לפני: להכין פסי נייר וכרטיסים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שבוע לפני: לבחור מצבים כלליים שאינם מבוססים על אירוע אמיתי בכיתה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ביום עצמו: לקבוע יחד כללי שיח לפני הדיון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אישית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שהייתם מוסיפים לכרזת הקשת, שמבטא כבוד לשונות.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שבו הקשבתם למישהו שחושב אחרת מכם, בלי להתווכח. מה למדתם מזה?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סובלנות במילה אחת או שתיים?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תגובה פוגעת לתגובה סובלנית?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למדתם היום שתוכלו ליישם מחוץ לכיתה?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יום הסובלנות הבינלאומי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