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הבינלאומי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סובלנות ולמה היא חשובה ביחסים בין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לתרגל הקשבה וכבוד לשונות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תגובה פוגעת לתגובה סובלנית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להקשיב ולכבד מי שחושב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לחזור על מה ששמע בלי להוסיף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תגובה פוגעת ותגובה סובלנית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עומדים בקו לפי מידת הסכמה ומקשיבים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לנסח יחד עקרונות סובלנות ולהצביע על הנוסח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מסמל שאנשים שונים במראה אך דומים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המשפטים פשוטים ועוזרים להרגיש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הדיון נעשה בלי פוליטיקה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המטרה היא להבין את הדובר בלי להתווכח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שיקוף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סובלנית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(יסודי א׳-ג׳)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(יסודי ד׳-ו׳)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(התאמה לעולים)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לפני: לבחור מצבים כלליים שאינם מבוססים על אירוע אמיתי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לפני: להכין פסי נייר וכרטיסים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ביום עצמו: לקבוע יחד כללי שיח לפני 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עצמו: להפנות תלמיד שנפגע לשיחה אישית או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 האירוע: להשאיר את הקשת על הקיר כתזכורת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חיובי וקצר שמתייחס לכבוד או לשונות, בלי פגיעה באף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מתאים, הדגשת הקשבה בלי ויכוח, ומסקנה אישית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 הכוללת כבוד או קבלה של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המבחינה בין פגיעה לתגובה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המחברת את הנושא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לקבוע מראש כללי שיח מכבדים לפני כל דיון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להימנע ממצבים המבוססים על אירוע אמיתי שקרה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את הפעילות בטון חיובי, למשל סביב כרזת הקשת המשותפת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הבינלאומי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ב-16 בנובמבר יש יום מיוחד. ביום הזה לומדים להקשיב לאנשים אחרים, לכבד מי ששונה, ולדבר בנחת גם כשחושבים אחרת.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לכבד אנשים גם כשהם שונים או חושבים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באמת למה שמישהו אומר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לאחרים בצורה יפה ומכבדת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ההבדלים בין אנשים: במראה, בדעה, בתרבות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 פעילה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בלי להפריע ובלי לשפוט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שיקוף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לחזור במילים שלי על מה ששמעתי מהדובר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גבולות הסובלנות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אם יש דברים שאסור לקבל גם בשם הסובלנות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מניפסט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עקרונות משותפת שקבוצה כותבת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ביום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לצחוק על מי ששונה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ולכבד מי שחושב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להתווכח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ממי ששונה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חוגגים את 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מי שמקשיב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דעה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על מה ששמע בלי להוסיף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מציגים בפינת אפשר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תגובות פוגעות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תגובה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תגובה פוגעת ותגובה סובלנית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בתרגיל העמדות?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בקו לפי מידת הסכמה ומקשיבים בלי לשפוט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מצביעים בהרמת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כותבים מניפסט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חוקי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לנסח יחד עקרונות סובלנות ולהצביע על הנוסח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להכין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קשת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הביצים הצבעוניות מלמד שלמרות הצבעים השונים מבחוץ, כולן דומות מבפנים.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'גם אני' מיועד לעולים חדשים ומבוסס על מציאת דברים משותפים.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הדיון על גבולות הסובלנות בתיכון עוסק גם בנושאים פוליטיים שנויים במחלוקת.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ההקשבה מיועד לוויכוח על מי צודק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כאשר חוזרים במילים שלי על מה ששמעתי מהדובר, בלי להוסיף 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כרזת ה__________ נוצרת מפסי נייר צבעוניים שעליהם כתובים משפטי כבוד.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בפינת 'אפשר אחרת' מציגים תגובה פוגעת ותגובה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תרגיל העמדות מתבצע לאורך __________ שעליו עומדים התלמידים.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יום הסובלנות הבינלאומי חל בתאריך ה-__________ בנובמבר.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סיפור הביצים הצבעוניות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התאמה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משחק 'שקט, אני מקשיב/ה'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דיון 'מותר לא להסכים'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סדנה על גבולות הסובלנות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א׳-ג׳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'גם אני'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יסודי ד׳-ו׳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לקבוע יחד כללי שיח לפני הדיון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להפנות תלמיד שנפגע לשיחה אישית או ליועצת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לפני: להכין פסי נייר וכרטיסים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האירוע: להשאיר את הקשת על הקיר כתזכורת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לפני: לבחור מצבים כלליים שאינם מבוססים על אירוע אמיתי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שהייתם מוסיפים לכרזת הקשת, שמבטא כבוד לשונות.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הקשבתם למישהו שחושב אחרת מכם, בלי להתווכח. מה למדתם מזה?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סובלנות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תגובה פוגעת לתגובה סובלנית?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היום שתוכלו ליישם מחוץ לכיתה?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הסובלנות הבינלאומי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