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הבינלאומי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סובלנות ולמה היא חשובה ביחסים בין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לתרגל הקשבה וכבוד לשונות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תגובה פוגעת לתגובה סובלנית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להקשיב ולכבד מי שחושב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לחזור על מה ששמע בלי להוסיף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מסמל שאנשים שונים במראה אך דומים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המשפטים פשוטים ועוזרים להרגיש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(יסודי א׳-ג׳)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ד׳-ו׳)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(תיכון)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לפני: לבחור מצבים כלליים שאינם מבוססים על אירוע אמיתי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לפני: להכין פסי נייר וכרטיסים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עצמו: לקבוע יחד כללי שיח לפני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להפנות תלמיד שנפגע לשיחה אישית או ליועצת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 וקצר שמתייחס לכבוד או לשונות, בלי פגיעה באף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הכוללת כבוד או קבלה של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המבחינה בין פגיעה לתגובה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המחברת את הנושא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לקבוע מראש כללי שיח מכבדים לפני כל דיון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להימנע ממצבים המבוססים על אירוע אמיתי שקרה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את הפעילות בטון חיובי, למשל סביב כרזת הקשת המשותפת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הבינלאומי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ב-16 בנובמבר מציינים את יום הסובלנות הבינלאומי. ביום הזה מתרגלים להקשיב למי שחושב אחרת, לכבד שונות ולהגיב בצורה שקולה גם כשלא מסכימים.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קשת  ·  שיקוף  ·  חבל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המרכזית של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לצחוק על מי ששונה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להקשיב ולכבד מי שחושב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להתווכח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תאריך חל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בספטמבר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במשחק 'שקט, אני מקשיב/ה' מה התפקיד של המאזין?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להוסיף דעה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לחזור על מה ששמע בלי להוסיף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לצעוק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הביצים הצבעוניות מלמד שלמרות הצבעים השונים מבחוץ, כולן דומות מבפנים.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'גם אני' מיועד לעולים חדשים ומבוסס על מציאת דברים משותפים.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כאשר חוזרים במילים שלי על מה ששמעתי מהדובר, בלי להוסיף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כרזת ה__________ נוצרת מפסי נייר צבעוניים שעליהם כתובים משפטי כבוד.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תרגיל העמדות מתבצע לאורך __________ שעליו עומדים התלמידים.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סיפור הביצים הצבעוניות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יסודי ד׳-ו׳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משחק 'שקט, אני מקשיב/ה'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דיון 'מותר לא להסכים'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יסודי א׳-ג׳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סדנה על גבולות הסובלנות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חטיבת ביניים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ההכנה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עצמו: לקבוע יחד כללי שיח לפני הדיון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ביום עצמו: להפנות תלמיד שנפגע לשיחה אישית או ליועצת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שבוע לפני: לבחור מצבים כלליים שאינם מבוססים על אירוע אמיתי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יום לפני: להכין פסי נייר וכרטיסים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שהייתם מוסיפים לכרזת הקשת, שמבטא כבוד לשונות.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סובלנות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תגובה פוגעת לתגובה סובלנית?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הסובלנות הבינלאומי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